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80538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 MILES OF HOP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380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